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EB6594" w14:textId="77777777" w:rsidR="007D0EAA" w:rsidRDefault="00000000">
      <w:pPr>
        <w:keepNext/>
        <w:jc w:val="center"/>
      </w:pPr>
      <w:r>
        <w:rPr>
          <w:b/>
          <w:color w:val="17365D"/>
          <w:sz w:val="44"/>
        </w:rPr>
        <w:t>ELIJAH EGEDE</w:t>
      </w:r>
    </w:p>
    <w:p w14:paraId="6CA48C65" w14:textId="77777777" w:rsidR="007D0EAA" w:rsidRDefault="00000000">
      <w:pPr>
        <w:keepNext/>
        <w:spacing w:after="24"/>
        <w:jc w:val="center"/>
      </w:pPr>
      <w:r>
        <w:rPr>
          <w:b/>
          <w:color w:val="555B65"/>
        </w:rPr>
        <w:t>PROJECT COORDINATION  •  CONSTRUCTION OPERATIONS</w:t>
      </w:r>
    </w:p>
    <w:p w14:paraId="7FAAF047" w14:textId="77777777" w:rsidR="007D0EAA" w:rsidRDefault="00000000">
      <w:pPr>
        <w:keepNext/>
        <w:pBdr>
          <w:bottom w:val="single" w:sz="14" w:space="4" w:color="17365D"/>
        </w:pBdr>
        <w:spacing w:after="60"/>
        <w:jc w:val="center"/>
      </w:pPr>
      <w:r>
        <w:rPr>
          <w:sz w:val="18"/>
        </w:rPr>
        <w:t>New York, NY</w:t>
      </w:r>
      <w:r>
        <w:rPr>
          <w:color w:val="555B65"/>
          <w:sz w:val="18"/>
        </w:rPr>
        <w:t xml:space="preserve">  |  </w:t>
      </w:r>
      <w:r>
        <w:rPr>
          <w:sz w:val="18"/>
        </w:rPr>
        <w:t>eegede22@gmail.com</w:t>
      </w:r>
      <w:r>
        <w:rPr>
          <w:color w:val="555B65"/>
          <w:sz w:val="18"/>
        </w:rPr>
        <w:t xml:space="preserve">  |  </w:t>
      </w:r>
      <w:r>
        <w:rPr>
          <w:sz w:val="18"/>
        </w:rPr>
        <w:t>linkedin.com/in/elijahegede</w:t>
      </w:r>
    </w:p>
    <w:p w14:paraId="5BD0E215" w14:textId="77777777" w:rsidR="007D0EAA" w:rsidRDefault="00000000">
      <w:pPr>
        <w:keepNext/>
        <w:pBdr>
          <w:bottom w:val="single" w:sz="8" w:space="2" w:color="D6DEE8"/>
        </w:pBdr>
        <w:spacing w:before="120" w:after="70"/>
      </w:pPr>
      <w:r>
        <w:rPr>
          <w:b/>
          <w:color w:val="17365D"/>
          <w:sz w:val="20"/>
        </w:rPr>
        <w:t>PROFESSIONAL SUMMARY</w:t>
      </w:r>
    </w:p>
    <w:p w14:paraId="777E1711" w14:textId="77777777" w:rsidR="007D0EAA" w:rsidRDefault="00000000">
      <w:pPr>
        <w:spacing w:after="20" w:line="259" w:lineRule="auto"/>
      </w:pPr>
      <w:r>
        <w:t>Operations-focused project coordination candidate with experience supporting property and construction workflows, vendor and contractor communication, scheduling, service tracking, invoice documentation, and logistics. Known for organized records, clear follow-up, and managing multiple priorities in deadline-driven environments.</w:t>
      </w:r>
    </w:p>
    <w:p w14:paraId="3B47E668" w14:textId="77777777" w:rsidR="007D0EAA" w:rsidRDefault="00000000">
      <w:pPr>
        <w:keepNext/>
        <w:pBdr>
          <w:bottom w:val="single" w:sz="8" w:space="2" w:color="D6DEE8"/>
        </w:pBdr>
        <w:spacing w:before="120" w:after="70"/>
      </w:pPr>
      <w:r>
        <w:rPr>
          <w:b/>
          <w:color w:val="17365D"/>
          <w:sz w:val="20"/>
        </w:rPr>
        <w:t>CORE SKILLS</w:t>
      </w:r>
    </w:p>
    <w:p w14:paraId="505EE7BE" w14:textId="77777777" w:rsidR="007D0EAA" w:rsidRDefault="00000000">
      <w:pPr>
        <w:spacing w:after="20" w:line="259" w:lineRule="auto"/>
      </w:pPr>
      <w:r>
        <w:t>Project Coordination  |  Vendor &amp; Contractor Coordination  |  Invoice &amp; Document Tracking  |  Scheduling &amp; Logistics  |  Service Request Tracking  |  Property &amp; Project Records  |  Construction Site Support  |  Microsoft Office</w:t>
      </w:r>
    </w:p>
    <w:p w14:paraId="63ED3432" w14:textId="77777777" w:rsidR="007D0EAA" w:rsidRDefault="00000000">
      <w:pPr>
        <w:keepNext/>
        <w:pBdr>
          <w:bottom w:val="single" w:sz="8" w:space="2" w:color="D6DEE8"/>
        </w:pBdr>
        <w:spacing w:before="120" w:after="70"/>
      </w:pPr>
      <w:r>
        <w:rPr>
          <w:b/>
          <w:color w:val="17365D"/>
          <w:sz w:val="20"/>
        </w:rPr>
        <w:t>EXPERIENCE</w:t>
      </w:r>
    </w:p>
    <w:p w14:paraId="1DF849A4" w14:textId="77777777" w:rsidR="007D0EAA" w:rsidRDefault="00000000">
      <w:pPr>
        <w:keepNext/>
        <w:tabs>
          <w:tab w:val="right" w:pos="10296"/>
        </w:tabs>
        <w:spacing w:before="64" w:after="20"/>
      </w:pPr>
      <w:r>
        <w:rPr>
          <w:b/>
          <w:sz w:val="20"/>
        </w:rPr>
        <w:t>Property Administrator</w:t>
      </w:r>
      <w:r>
        <w:rPr>
          <w:b/>
          <w:color w:val="17365D"/>
          <w:sz w:val="20"/>
        </w:rPr>
        <w:t xml:space="preserve"> | J.O. LLC</w:t>
      </w:r>
      <w:r>
        <w:rPr>
          <w:color w:val="555B65"/>
        </w:rPr>
        <w:t xml:space="preserve"> | New York, NY</w:t>
      </w:r>
      <w:r>
        <w:rPr>
          <w:b/>
          <w:color w:val="555B65"/>
        </w:rPr>
        <w:tab/>
        <w:t>Mar 2023 - Jun 2026</w:t>
      </w:r>
    </w:p>
    <w:p w14:paraId="592DEC7F" w14:textId="77777777" w:rsidR="007D0EAA" w:rsidRDefault="00000000" w:rsidP="0014236B">
      <w:pPr>
        <w:pStyle w:val="ResumeBullet"/>
        <w:numPr>
          <w:ilvl w:val="0"/>
          <w:numId w:val="2"/>
        </w:numPr>
        <w:spacing w:after="30" w:line="257" w:lineRule="auto"/>
      </w:pPr>
      <w:r>
        <w:rPr>
          <w:color w:val="202124"/>
        </w:rPr>
        <w:t>Coordinated vendors, contractors, maintenance personnel, schedules, and tenant communication across daily property operations.</w:t>
      </w:r>
    </w:p>
    <w:p w14:paraId="51D6AEC2" w14:textId="77777777" w:rsidR="007D0EAA" w:rsidRDefault="00000000" w:rsidP="0014236B">
      <w:pPr>
        <w:pStyle w:val="ResumeBullet"/>
        <w:numPr>
          <w:ilvl w:val="0"/>
          <w:numId w:val="2"/>
        </w:numPr>
        <w:spacing w:after="30" w:line="257" w:lineRule="auto"/>
      </w:pPr>
      <w:r>
        <w:rPr>
          <w:color w:val="202124"/>
        </w:rPr>
        <w:t>Tracked service requests, repairs, maintenance updates, and follow-up items through completion while keeping stakeholders informed.</w:t>
      </w:r>
    </w:p>
    <w:p w14:paraId="33FB3486" w14:textId="77777777" w:rsidR="007D0EAA" w:rsidRDefault="00000000" w:rsidP="0014236B">
      <w:pPr>
        <w:pStyle w:val="ResumeBullet"/>
        <w:numPr>
          <w:ilvl w:val="0"/>
          <w:numId w:val="2"/>
        </w:numPr>
        <w:spacing w:after="30" w:line="257" w:lineRule="auto"/>
      </w:pPr>
      <w:r>
        <w:rPr>
          <w:color w:val="202124"/>
        </w:rPr>
        <w:t>Maintained organized property and project-related records, invoices, service documents, and operational activity reports.</w:t>
      </w:r>
    </w:p>
    <w:p w14:paraId="471ACFAC" w14:textId="77777777" w:rsidR="007D0EAA" w:rsidRDefault="00000000" w:rsidP="0014236B">
      <w:pPr>
        <w:pStyle w:val="ResumeBullet"/>
        <w:numPr>
          <w:ilvl w:val="0"/>
          <w:numId w:val="2"/>
        </w:numPr>
        <w:spacing w:after="30" w:line="257" w:lineRule="auto"/>
      </w:pPr>
      <w:r>
        <w:rPr>
          <w:color w:val="202124"/>
        </w:rPr>
        <w:t>Supported scheduling and logistics for site access, vendor visits, materials, and service activity across competing priorities.</w:t>
      </w:r>
    </w:p>
    <w:p w14:paraId="6A9DCEE6" w14:textId="77777777" w:rsidR="007D0EAA" w:rsidRDefault="00000000">
      <w:pPr>
        <w:keepNext/>
        <w:tabs>
          <w:tab w:val="right" w:pos="10296"/>
        </w:tabs>
        <w:spacing w:before="64" w:after="20"/>
      </w:pPr>
      <w:r>
        <w:rPr>
          <w:b/>
          <w:sz w:val="20"/>
        </w:rPr>
        <w:t>Freelance Software Developer</w:t>
      </w:r>
      <w:r>
        <w:rPr>
          <w:b/>
          <w:color w:val="17365D"/>
          <w:sz w:val="20"/>
        </w:rPr>
        <w:t xml:space="preserve"> | Jewelify</w:t>
      </w:r>
      <w:r>
        <w:rPr>
          <w:color w:val="555B65"/>
        </w:rPr>
        <w:t xml:space="preserve"> | Remote, New York, NY</w:t>
      </w:r>
      <w:r>
        <w:rPr>
          <w:b/>
          <w:color w:val="555B65"/>
        </w:rPr>
        <w:tab/>
        <w:t>Aug 2023 - Nov 2025</w:t>
      </w:r>
    </w:p>
    <w:p w14:paraId="43175074" w14:textId="77777777" w:rsidR="007D0EAA" w:rsidRDefault="00000000" w:rsidP="0014236B">
      <w:pPr>
        <w:pStyle w:val="ResumeBullet"/>
        <w:numPr>
          <w:ilvl w:val="0"/>
          <w:numId w:val="3"/>
        </w:numPr>
        <w:spacing w:after="30" w:line="257" w:lineRule="auto"/>
      </w:pPr>
      <w:r>
        <w:rPr>
          <w:color w:val="202124"/>
        </w:rPr>
        <w:t>Coordinated task workflows, status updates, documentation, and follow-up across changing technical and operational priorities.</w:t>
      </w:r>
    </w:p>
    <w:p w14:paraId="7076587D" w14:textId="77777777" w:rsidR="007D0EAA" w:rsidRDefault="00000000" w:rsidP="0014236B">
      <w:pPr>
        <w:pStyle w:val="ResumeBullet"/>
        <w:numPr>
          <w:ilvl w:val="0"/>
          <w:numId w:val="3"/>
        </w:numPr>
        <w:spacing w:after="30" w:line="257" w:lineRule="auto"/>
      </w:pPr>
      <w:r>
        <w:rPr>
          <w:color w:val="202124"/>
        </w:rPr>
        <w:t>Maintained structured records across multiple systems and adapted quickly to new tools, processes, and deadlines.</w:t>
      </w:r>
    </w:p>
    <w:p w14:paraId="072DB843" w14:textId="77777777" w:rsidR="007D0EAA" w:rsidRDefault="00000000" w:rsidP="0014236B">
      <w:pPr>
        <w:pStyle w:val="ResumeBullet"/>
        <w:numPr>
          <w:ilvl w:val="0"/>
          <w:numId w:val="3"/>
        </w:numPr>
        <w:spacing w:after="30" w:line="257" w:lineRule="auto"/>
      </w:pPr>
      <w:r>
        <w:rPr>
          <w:color w:val="202124"/>
        </w:rPr>
        <w:t>Kept priorities visible through consistent progress tracking, organized updates, and clear communication across ongoing assignments.</w:t>
      </w:r>
    </w:p>
    <w:p w14:paraId="000297C5" w14:textId="77777777" w:rsidR="007D0EAA" w:rsidRDefault="00000000" w:rsidP="0014236B">
      <w:pPr>
        <w:pStyle w:val="ResumeBullet"/>
        <w:numPr>
          <w:ilvl w:val="0"/>
          <w:numId w:val="3"/>
        </w:numPr>
        <w:spacing w:after="30" w:line="257" w:lineRule="auto"/>
      </w:pPr>
      <w:r>
        <w:rPr>
          <w:color w:val="202124"/>
        </w:rPr>
        <w:t>Used technical tools to support process organization, accurate documentation, and timely completion of assigned work.</w:t>
      </w:r>
    </w:p>
    <w:p w14:paraId="7E85013B" w14:textId="77777777" w:rsidR="007D0EAA" w:rsidRDefault="00000000">
      <w:pPr>
        <w:keepNext/>
        <w:tabs>
          <w:tab w:val="right" w:pos="10296"/>
        </w:tabs>
        <w:spacing w:before="64" w:after="20"/>
      </w:pPr>
      <w:r>
        <w:rPr>
          <w:b/>
          <w:sz w:val="20"/>
        </w:rPr>
        <w:t>Owner / Operator</w:t>
      </w:r>
      <w:r>
        <w:rPr>
          <w:b/>
          <w:color w:val="17365D"/>
          <w:sz w:val="20"/>
        </w:rPr>
        <w:t xml:space="preserve"> | Jewelry Business</w:t>
      </w:r>
      <w:r>
        <w:rPr>
          <w:color w:val="555B65"/>
        </w:rPr>
        <w:t xml:space="preserve"> | New York, NY</w:t>
      </w:r>
      <w:r>
        <w:rPr>
          <w:b/>
          <w:color w:val="555B65"/>
        </w:rPr>
        <w:tab/>
        <w:t>May 2018 - Dec 2022</w:t>
      </w:r>
    </w:p>
    <w:p w14:paraId="4F8D3C21" w14:textId="77777777" w:rsidR="007D0EAA" w:rsidRDefault="00000000" w:rsidP="0014236B">
      <w:pPr>
        <w:pStyle w:val="ResumeBullet"/>
        <w:numPr>
          <w:ilvl w:val="0"/>
          <w:numId w:val="4"/>
        </w:numPr>
        <w:spacing w:after="30" w:line="257" w:lineRule="auto"/>
      </w:pPr>
      <w:r>
        <w:rPr>
          <w:color w:val="202124"/>
        </w:rPr>
        <w:t>Managed vendor relationships, inventory, purchasing, transactions, order fulfillment, logistics, scheduling, and customer communication.</w:t>
      </w:r>
    </w:p>
    <w:p w14:paraId="7848A3D0" w14:textId="77777777" w:rsidR="007D0EAA" w:rsidRDefault="00000000" w:rsidP="0014236B">
      <w:pPr>
        <w:pStyle w:val="ResumeBullet"/>
        <w:numPr>
          <w:ilvl w:val="0"/>
          <w:numId w:val="4"/>
        </w:numPr>
        <w:spacing w:after="30" w:line="257" w:lineRule="auto"/>
      </w:pPr>
      <w:r>
        <w:rPr>
          <w:color w:val="202124"/>
        </w:rPr>
        <w:t>Maintained organized operational records and followed up with vendors and external partners to support timely deliveries.</w:t>
      </w:r>
    </w:p>
    <w:p w14:paraId="15C15D00" w14:textId="77777777" w:rsidR="007D0EAA" w:rsidRDefault="00000000" w:rsidP="0014236B">
      <w:pPr>
        <w:pStyle w:val="ResumeBullet"/>
        <w:numPr>
          <w:ilvl w:val="0"/>
          <w:numId w:val="4"/>
        </w:numPr>
        <w:spacing w:after="30" w:line="257" w:lineRule="auto"/>
      </w:pPr>
      <w:r>
        <w:rPr>
          <w:color w:val="202124"/>
        </w:rPr>
        <w:t>Coordinated daily workflows across purchasing, inventory, customer orders, fulfillment, and changing business priorities.</w:t>
      </w:r>
    </w:p>
    <w:p w14:paraId="361974FC" w14:textId="77777777" w:rsidR="007D0EAA" w:rsidRDefault="00000000" w:rsidP="0014236B">
      <w:pPr>
        <w:pStyle w:val="ResumeBullet"/>
        <w:numPr>
          <w:ilvl w:val="0"/>
          <w:numId w:val="4"/>
        </w:numPr>
        <w:spacing w:after="30" w:line="257" w:lineRule="auto"/>
      </w:pPr>
      <w:r>
        <w:rPr>
          <w:color w:val="202124"/>
        </w:rPr>
        <w:t>Resolved order and delivery issues through prompt communication and follow-up with customers, vendors, and external partners.</w:t>
      </w:r>
    </w:p>
    <w:p w14:paraId="09A9B2EE" w14:textId="77777777" w:rsidR="007D0EAA" w:rsidRDefault="00000000">
      <w:pPr>
        <w:keepNext/>
        <w:tabs>
          <w:tab w:val="right" w:pos="10296"/>
        </w:tabs>
        <w:spacing w:before="64" w:after="20"/>
      </w:pPr>
      <w:r>
        <w:rPr>
          <w:b/>
          <w:sz w:val="20"/>
        </w:rPr>
        <w:t>Construction Laborer / Site Support</w:t>
      </w:r>
      <w:r>
        <w:rPr>
          <w:b/>
          <w:color w:val="17365D"/>
          <w:sz w:val="20"/>
        </w:rPr>
        <w:t xml:space="preserve"> | R.A. Sombery</w:t>
      </w:r>
      <w:r>
        <w:rPr>
          <w:color w:val="555B65"/>
        </w:rPr>
        <w:t xml:space="preserve"> | Brooklyn, NY</w:t>
      </w:r>
      <w:r>
        <w:rPr>
          <w:b/>
          <w:color w:val="555B65"/>
        </w:rPr>
        <w:tab/>
        <w:t>Dec 2016 - Nov 2017</w:t>
      </w:r>
    </w:p>
    <w:p w14:paraId="4E41FD99" w14:textId="77777777" w:rsidR="007D0EAA" w:rsidRDefault="00000000" w:rsidP="0014236B">
      <w:pPr>
        <w:pStyle w:val="ResumeBullet"/>
        <w:numPr>
          <w:ilvl w:val="0"/>
          <w:numId w:val="5"/>
        </w:numPr>
        <w:spacing w:after="30" w:line="257" w:lineRule="auto"/>
      </w:pPr>
      <w:r>
        <w:rPr>
          <w:color w:val="202124"/>
        </w:rPr>
        <w:t>Supported jobsite operations, material coordination, field crews, and daily workflows in a fast-paced construction environment.</w:t>
      </w:r>
    </w:p>
    <w:p w14:paraId="54AAA5B5" w14:textId="77777777" w:rsidR="007D0EAA" w:rsidRDefault="00000000" w:rsidP="0014236B">
      <w:pPr>
        <w:pStyle w:val="ResumeBullet"/>
        <w:numPr>
          <w:ilvl w:val="0"/>
          <w:numId w:val="5"/>
        </w:numPr>
        <w:spacing w:after="30" w:line="257" w:lineRule="auto"/>
      </w:pPr>
      <w:r>
        <w:rPr>
          <w:color w:val="202124"/>
        </w:rPr>
        <w:t>Helped maintain organized site conditions and completed operational tasks that supported project progress.</w:t>
      </w:r>
    </w:p>
    <w:p w14:paraId="31A3E367" w14:textId="77777777" w:rsidR="007D0EAA" w:rsidRDefault="00000000" w:rsidP="0014236B">
      <w:pPr>
        <w:pStyle w:val="ResumeBullet"/>
        <w:numPr>
          <w:ilvl w:val="0"/>
          <w:numId w:val="5"/>
        </w:numPr>
        <w:spacing w:after="30" w:line="257" w:lineRule="auto"/>
      </w:pPr>
      <w:r>
        <w:rPr>
          <w:color w:val="202124"/>
        </w:rPr>
        <w:t>Followed jobsite safety procedures and collaborated with team members to meet daily priorities.</w:t>
      </w:r>
    </w:p>
    <w:p w14:paraId="7757A74E" w14:textId="77777777" w:rsidR="007D0EAA" w:rsidRDefault="00000000" w:rsidP="0014236B">
      <w:pPr>
        <w:pStyle w:val="ResumeBullet"/>
        <w:numPr>
          <w:ilvl w:val="0"/>
          <w:numId w:val="5"/>
        </w:numPr>
        <w:spacing w:after="30" w:line="257" w:lineRule="auto"/>
      </w:pPr>
      <w:r>
        <w:rPr>
          <w:color w:val="202124"/>
        </w:rPr>
        <w:t>Assisted with material handling and coordination to help crews maintain an efficient daily workflow.</w:t>
      </w:r>
    </w:p>
    <w:p w14:paraId="78BA40B6" w14:textId="77777777" w:rsidR="007D0EAA" w:rsidRDefault="00000000">
      <w:pPr>
        <w:keepNext/>
        <w:pBdr>
          <w:bottom w:val="single" w:sz="8" w:space="2" w:color="D6DEE8"/>
        </w:pBdr>
        <w:spacing w:before="120" w:after="70"/>
      </w:pPr>
      <w:r>
        <w:rPr>
          <w:b/>
          <w:color w:val="17365D"/>
          <w:sz w:val="20"/>
        </w:rPr>
        <w:t>EDUCATION &amp; CERTIFICATION</w:t>
      </w:r>
    </w:p>
    <w:p w14:paraId="1C517D2E" w14:textId="3CB0B103" w:rsidR="007D0EAA" w:rsidRDefault="00000000">
      <w:pPr>
        <w:spacing w:after="10"/>
      </w:pPr>
      <w:r>
        <w:rPr>
          <w:b/>
        </w:rPr>
        <w:t>Borough of Manhattan Community College</w:t>
      </w:r>
      <w:r>
        <w:t xml:space="preserve"> — Coursework in Liberal Arts</w:t>
      </w:r>
      <w:r>
        <w:rPr>
          <w:b/>
          <w:color w:val="17365D"/>
        </w:rPr>
        <w:t xml:space="preserve"> </w:t>
      </w:r>
      <w:r w:rsidR="00B055EC">
        <w:rPr>
          <w:b/>
          <w:color w:val="17365D"/>
        </w:rPr>
        <w:t>(In Progress)</w:t>
      </w:r>
      <w:r>
        <w:rPr>
          <w:b/>
          <w:color w:val="17365D"/>
        </w:rPr>
        <w:t xml:space="preserve"> </w:t>
      </w:r>
      <w:r w:rsidR="0014236B">
        <w:rPr>
          <w:b/>
          <w:color w:val="17365D"/>
        </w:rPr>
        <w:t>| OSHA</w:t>
      </w:r>
      <w:r>
        <w:rPr>
          <w:b/>
          <w:color w:val="17365D"/>
        </w:rPr>
        <w:t xml:space="preserve"> 30</w:t>
      </w:r>
    </w:p>
    <w:p w14:paraId="7D3C194F" w14:textId="77777777" w:rsidR="007D0EAA" w:rsidRDefault="00000000">
      <w:pPr>
        <w:keepNext/>
        <w:pBdr>
          <w:bottom w:val="single" w:sz="8" w:space="2" w:color="D6DEE8"/>
        </w:pBdr>
        <w:spacing w:before="120" w:after="70"/>
      </w:pPr>
      <w:r>
        <w:rPr>
          <w:b/>
          <w:color w:val="17365D"/>
          <w:sz w:val="20"/>
        </w:rPr>
        <w:t>TECHNICAL SKILLS</w:t>
      </w:r>
    </w:p>
    <w:p w14:paraId="05A3F678" w14:textId="77777777" w:rsidR="007D0EAA" w:rsidRDefault="00000000">
      <w:r>
        <w:rPr>
          <w:sz w:val="18"/>
        </w:rPr>
        <w:t>Excel | Word | Outlook | PowerPoint | Google Workspace | Adobe Acrobat | SharePoint (familiarity) | Slack | Zoom | CRM and workflow tracking systems</w:t>
      </w:r>
    </w:p>
    <w:p w14:paraId="7E331C5A" w14:textId="77777777" w:rsidR="007D0EAA" w:rsidRDefault="00000000">
      <w:pPr>
        <w:keepNext/>
        <w:pBdr>
          <w:bottom w:val="single" w:sz="8" w:space="2" w:color="D6DEE8"/>
        </w:pBdr>
        <w:spacing w:before="120" w:after="70"/>
      </w:pPr>
      <w:r>
        <w:rPr>
          <w:b/>
          <w:color w:val="17365D"/>
          <w:sz w:val="20"/>
        </w:rPr>
        <w:lastRenderedPageBreak/>
        <w:t>ADDITIONAL STRENGTHS</w:t>
      </w:r>
    </w:p>
    <w:p w14:paraId="09D3A2D5" w14:textId="77777777" w:rsidR="007D0EAA" w:rsidRDefault="00000000" w:rsidP="0014236B">
      <w:pPr>
        <w:pStyle w:val="ResumeBullet"/>
        <w:spacing w:after="30" w:line="257" w:lineRule="auto"/>
        <w:ind w:left="120" w:firstLine="0"/>
      </w:pPr>
      <w:r>
        <w:rPr>
          <w:color w:val="202124"/>
        </w:rPr>
        <w:t>Contractor communication, scheduling support, documentation, operational tracking, construction site workflows, rapid systems learning, and reliable follow-through.</w:t>
      </w:r>
    </w:p>
    <w:sectPr w:rsidR="007D0EAA" w:rsidSect="00034616">
      <w:pgSz w:w="12240" w:h="15840"/>
      <w:pgMar w:top="835" w:right="936" w:bottom="835" w:left="936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FE4759"/>
    <w:multiLevelType w:val="hybridMultilevel"/>
    <w:tmpl w:val="E2CA217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13C50FF1"/>
    <w:multiLevelType w:val="hybridMultilevel"/>
    <w:tmpl w:val="9C52A5A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17F66B99"/>
    <w:multiLevelType w:val="singleLevel"/>
    <w:tmpl w:val="28B87C40"/>
    <w:lvl w:ilvl="0">
      <w:start w:val="1"/>
      <w:numFmt w:val="bullet"/>
      <w:pStyle w:val="ListBullet"/>
      <w:lvlText w:val="•"/>
      <w:lvlJc w:val="left"/>
      <w:pPr>
        <w:tabs>
          <w:tab w:val="num" w:pos="270"/>
        </w:tabs>
        <w:ind w:left="270" w:hanging="150"/>
      </w:pPr>
      <w:rPr>
        <w:rFonts w:ascii="Arial" w:hAnsi="Arial"/>
      </w:rPr>
    </w:lvl>
  </w:abstractNum>
  <w:abstractNum w:abstractNumId="12" w15:restartNumberingAfterBreak="0">
    <w:nsid w:val="31F251EF"/>
    <w:multiLevelType w:val="hybridMultilevel"/>
    <w:tmpl w:val="15AA72A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 w15:restartNumberingAfterBreak="0">
    <w:nsid w:val="3AE10B5A"/>
    <w:multiLevelType w:val="hybridMultilevel"/>
    <w:tmpl w:val="7F348D6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887881836">
    <w:abstractNumId w:val="11"/>
  </w:num>
  <w:num w:numId="2" w16cid:durableId="1252590521">
    <w:abstractNumId w:val="9"/>
  </w:num>
  <w:num w:numId="3" w16cid:durableId="971061933">
    <w:abstractNumId w:val="12"/>
  </w:num>
  <w:num w:numId="4" w16cid:durableId="2121603130">
    <w:abstractNumId w:val="10"/>
  </w:num>
  <w:num w:numId="5" w16cid:durableId="80110269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236B"/>
    <w:rsid w:val="0015074B"/>
    <w:rsid w:val="0029639D"/>
    <w:rsid w:val="00326F90"/>
    <w:rsid w:val="004A52E3"/>
    <w:rsid w:val="007D0EAA"/>
    <w:rsid w:val="00AA1D8D"/>
    <w:rsid w:val="00B055EC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B989E6"/>
  <w14:defaultImageDpi w14:val="300"/>
  <w15:docId w15:val="{70054C53-FBF0-2741-920E-D82E72299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202124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Bullet">
    <w:name w:val="Resume Bullet"/>
    <w:pPr>
      <w:tabs>
        <w:tab w:val="num" w:pos="270"/>
      </w:tabs>
      <w:ind w:left="270" w:hanging="150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439</Words>
  <Characters>3013</Characters>
  <Application>Microsoft Office Word</Application>
  <DocSecurity>0</DocSecurity>
  <Lines>47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Elijah Egede - Construction Project Coordinator Resume</dc:title>
  <dc:subject>Dowbuilt Construction Project Coordinator application</dc:subject>
  <dc:creator>Elijah Egede</dc:creator>
  <cp:keywords>project coordination, construction operations, vendor coordination</cp:keywords>
  <dc:description>generated by python-docx</dc:description>
  <cp:lastModifiedBy>Elijah Egede</cp:lastModifiedBy>
  <cp:revision>3</cp:revision>
  <dcterms:created xsi:type="dcterms:W3CDTF">2013-12-23T23:15:00Z</dcterms:created>
  <dcterms:modified xsi:type="dcterms:W3CDTF">2026-08-31T15:52:00Z</dcterms:modified>
  <cp:category/>
</cp:coreProperties>
</file>